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1134"/>
        </w:trPr>
        <w:tc>
          <w:tcPr>
            <w:tcW w:type="dxa" w:w="510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Dein Betrieb (Name, Anschrift, Telefon, E-Mail)</w:t>
            </w:r>
          </w:p>
        </w:tc>
        <w:tc>
          <w:tcPr>
            <w:tcW w:type="dxa" w:w="510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Kunde (Name, Anschrift)</w:t>
            </w:r>
          </w:p>
        </w:tc>
      </w:tr>
    </w:tbl>
    <w:p>
      <w:pPr>
        <w:spacing w:after="80"/>
      </w:pPr>
      <w:r>
        <w:rPr>
          <w:b/>
          <w:sz w:val="36"/>
        </w:rPr>
        <w:t>Angebot Nr. 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rHeight w:val="510"/>
        </w:trPr>
        <w:tc>
          <w:tcPr>
            <w:tcW w:type="dxa" w:w="340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Datum</w:t>
            </w:r>
          </w:p>
        </w:tc>
        <w:tc>
          <w:tcPr>
            <w:tcW w:type="dxa" w:w="340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Gültig bis</w:t>
            </w:r>
          </w:p>
        </w:tc>
        <w:tc>
          <w:tcPr>
            <w:tcW w:type="dxa" w:w="340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Ansprechpartner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rPr>
          <w:trHeight w:val="510"/>
        </w:trPr>
        <w:tc>
          <w:tcPr>
            <w:tcW w:type="dxa" w:w="1020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Bauvorhaben / Ort der Leistung</w:t>
            </w:r>
          </w:p>
        </w:tc>
      </w:tr>
    </w:tbl>
    <w:p>
      <w:pPr>
        <w:spacing w:before="160"/>
      </w:pPr>
      <w:r>
        <w:t>Guten Tag ________________, vielen Dank für Ihre Anfrage. Gern bieten wir Ihnen folgende Leistungen an: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rPr>
          <w:trHeight w:val="425"/>
        </w:trPr>
        <w:tc>
          <w:tcPr>
            <w:tcW w:type="dxa" w:w="62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  <w:shd w:val="clear" w:fill="F3EEE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b/>
                <w:sz w:val="17"/>
              </w:rPr>
              <w:t>Pos.</w:t>
            </w:r>
          </w:p>
        </w:tc>
        <w:tc>
          <w:tcPr>
            <w:tcW w:type="dxa" w:w="3969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  <w:shd w:val="clear" w:fill="F3EEE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b/>
                <w:sz w:val="17"/>
              </w:rPr>
              <w:t>Leistung (was genau, wo, in welcher Ausführung)</w:t>
            </w:r>
          </w:p>
        </w:tc>
        <w:tc>
          <w:tcPr>
            <w:tcW w:type="dxa" w:w="102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  <w:shd w:val="clear" w:fill="F3EEE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b/>
                <w:sz w:val="17"/>
              </w:rPr>
              <w:t>Menge</w:t>
            </w:r>
          </w:p>
        </w:tc>
        <w:tc>
          <w:tcPr>
            <w:tcW w:type="dxa" w:w="90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  <w:shd w:val="clear" w:fill="F3EEE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b/>
                <w:sz w:val="17"/>
              </w:rPr>
              <w:t>Einheit</w:t>
            </w:r>
          </w:p>
        </w:tc>
        <w:tc>
          <w:tcPr>
            <w:tcW w:type="dxa" w:w="147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  <w:shd w:val="clear" w:fill="F3EEE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b/>
                <w:sz w:val="17"/>
              </w:rPr>
              <w:t>Einzelpreis €</w:t>
            </w:r>
          </w:p>
        </w:tc>
        <w:tc>
          <w:tcPr>
            <w:tcW w:type="dxa" w:w="1701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  <w:shd w:val="clear" w:fill="F3EEE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b/>
                <w:sz w:val="17"/>
              </w:rPr>
              <w:t>Gesamt € netto</w:t>
            </w:r>
          </w:p>
        </w:tc>
      </w:tr>
      <w:tr>
        <w:trPr>
          <w:trHeight w:val="425"/>
        </w:trPr>
        <w:tc>
          <w:tcPr>
            <w:tcW w:type="dxa" w:w="62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3969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02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90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47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701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</w:tr>
      <w:tr>
        <w:trPr>
          <w:trHeight w:val="425"/>
        </w:trPr>
        <w:tc>
          <w:tcPr>
            <w:tcW w:type="dxa" w:w="62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3969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02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90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47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701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</w:tr>
      <w:tr>
        <w:trPr>
          <w:trHeight w:val="425"/>
        </w:trPr>
        <w:tc>
          <w:tcPr>
            <w:tcW w:type="dxa" w:w="62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3969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02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90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47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701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</w:tr>
      <w:tr>
        <w:trPr>
          <w:trHeight w:val="425"/>
        </w:trPr>
        <w:tc>
          <w:tcPr>
            <w:tcW w:type="dxa" w:w="62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3969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02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90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47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701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</w:tr>
      <w:tr>
        <w:trPr>
          <w:trHeight w:val="425"/>
        </w:trPr>
        <w:tc>
          <w:tcPr>
            <w:tcW w:type="dxa" w:w="62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3969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02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90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47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701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</w:tr>
      <w:tr>
        <w:trPr>
          <w:trHeight w:val="425"/>
        </w:trPr>
        <w:tc>
          <w:tcPr>
            <w:tcW w:type="dxa" w:w="62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3969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02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90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47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701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</w:tr>
      <w:tr>
        <w:trPr>
          <w:trHeight w:val="425"/>
        </w:trPr>
        <w:tc>
          <w:tcPr>
            <w:tcW w:type="dxa" w:w="62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3969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02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90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47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701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</w:tr>
      <w:tr>
        <w:trPr>
          <w:trHeight w:val="425"/>
        </w:trPr>
        <w:tc>
          <w:tcPr>
            <w:tcW w:type="dxa" w:w="62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3969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02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90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47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701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</w:tr>
      <w:tr>
        <w:trPr>
          <w:trHeight w:val="425"/>
        </w:trPr>
        <w:tc>
          <w:tcPr>
            <w:tcW w:type="dxa" w:w="62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3969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02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90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47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701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</w:tr>
      <w:tr>
        <w:trPr>
          <w:trHeight w:val="425"/>
        </w:trPr>
        <w:tc>
          <w:tcPr>
            <w:tcW w:type="dxa" w:w="7994"/>
            <w:gridSpan w:val="5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pPr>
              <w:jc w:val="right"/>
            </w:pPr>
            <w:r>
              <w:t>Summe netto</w:t>
            </w:r>
          </w:p>
        </w:tc>
        <w:tc>
          <w:tcPr>
            <w:tcW w:type="dxa" w:w="1701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</w:tr>
      <w:tr>
        <w:trPr>
          <w:trHeight w:val="425"/>
        </w:trPr>
        <w:tc>
          <w:tcPr>
            <w:tcW w:type="dxa" w:w="7994"/>
            <w:gridSpan w:val="5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pPr>
              <w:jc w:val="right"/>
            </w:pPr>
            <w:r>
              <w:t>Umsatzsteuer ____ %</w:t>
            </w:r>
          </w:p>
        </w:tc>
        <w:tc>
          <w:tcPr>
            <w:tcW w:type="dxa" w:w="1701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</w:tr>
      <w:tr>
        <w:trPr>
          <w:trHeight w:val="425"/>
        </w:trPr>
        <w:tc>
          <w:tcPr>
            <w:tcW w:type="dxa" w:w="7994"/>
            <w:gridSpan w:val="5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pPr>
              <w:jc w:val="right"/>
            </w:pPr>
            <w:r>
              <w:t>Gesamtbetrag brutto</w:t>
            </w:r>
          </w:p>
        </w:tc>
        <w:tc>
          <w:tcPr>
            <w:tcW w:type="dxa" w:w="1701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</w:tr>
    </w:tbl>
    <w:p>
      <w:pPr>
        <w:spacing w:before="200" w:after="60"/>
      </w:pPr>
      <w:r>
        <w:rPr>
          <w:b/>
          <w:color w:val="D9480F"/>
          <w:sz w:val="22"/>
        </w:rPr>
        <w:t>Bedingungen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510"/>
        </w:trPr>
        <w:tc>
          <w:tcPr>
            <w:tcW w:type="dxa" w:w="510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Ausführung voraussichtlich (Zeitraum)</w:t>
            </w:r>
          </w:p>
        </w:tc>
        <w:tc>
          <w:tcPr>
            <w:tcW w:type="dxa" w:w="510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Zahlung (z. B. nach Abnahme, innerhalb von … Tagen)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rPr>
          <w:trHeight w:val="1020"/>
        </w:trPr>
        <w:tc>
          <w:tcPr>
            <w:tcW w:type="dxa" w:w="1020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Nicht enthalten / Voraussetzungen (z. B. bauseitige Vorarbeiten, Strom und Wasser, Entsorgung)</w:t>
            </w:r>
          </w:p>
        </w:tc>
      </w:tr>
    </w:tbl>
    <w:p>
      <w:pPr>
        <w:spacing w:before="120"/>
      </w:pPr>
      <w:r>
        <w:rPr>
          <w:color w:val="6B6457"/>
          <w:sz w:val="16"/>
        </w:rPr>
        <w:t>Zusätzliche oder geänderte Leistungen, die nicht in diesem Angebot stehen, bieten wir gesondert an und führen sie nach Ihrer Beauftragung aus.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850"/>
        </w:trPr>
        <w:tc>
          <w:tcPr>
            <w:tcW w:type="dxa" w:w="510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Ort, Datum, Unterschrift Betrieb</w:t>
            </w:r>
          </w:p>
        </w:tc>
        <w:tc>
          <w:tcPr>
            <w:tcW w:type="dxa" w:w="510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Auftrag erteilt: Ort, Datum, Unterschrift Kunde</w:t>
            </w:r>
          </w:p>
        </w:tc>
      </w:tr>
    </w:tbl>
    <w:p>
      <w:pPr>
        <w:spacing w:before="120"/>
      </w:pPr>
      <w:r>
        <w:rPr>
          <w:color w:val="6B6457"/>
          <w:sz w:val="16"/>
        </w:rPr>
        <w:t>Pflichtangaben für Geschäftsbriefe (z. B. Steuernummer, Rechtsform) hängen von deinem Betrieb ab – frag im Zweifel deine Steuerberatung oder Kammer.</w:t>
      </w:r>
    </w:p>
    <w:sectPr w:rsidR="00FC693F" w:rsidRPr="0006063C" w:rsidSect="00034616">
      <w:footerReference w:type="default" r:id="rId9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457"/>
        <w:sz w:val="15"/>
      </w:rPr>
      <w:t>Muster von kniffwerk.de · frei verwendbar · allgemeine Vorlage, keine Rechtsberatung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